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废旧轮胎回收/再生橡胶粉供销合同（范本）</w:t>
      </w:r>
    </w:p>
    <w:p/>
    <w:p>
      <w:r>
        <w:t>合同编号：___________</w:t>
      </w:r>
    </w:p>
    <w:p>
      <w:r>
        <w:t>签订日期：______年____月____日</w:t>
      </w:r>
    </w:p>
    <w:p>
      <w:r>
        <w:t>签订地点：广西壮族自治区南宁市</w:t>
      </w:r>
    </w:p>
    <w:p/>
    <w:p>
      <w:pPr>
        <w:pStyle w:val="Heading1"/>
      </w:pPr>
      <w:r>
        <w:t>甲方（供方）：__________________________</w:t>
      </w:r>
    </w:p>
    <w:p>
      <w:r>
        <w:t>地址：_____________________________</w:t>
      </w:r>
    </w:p>
    <w:p>
      <w:r>
        <w:t>联系人：__________  电话：__________</w:t>
      </w:r>
    </w:p>
    <w:p/>
    <w:p>
      <w:pPr>
        <w:pStyle w:val="Heading1"/>
      </w:pPr>
      <w:r>
        <w:t>乙方（需方）：__________________________</w:t>
      </w:r>
    </w:p>
    <w:p>
      <w:r>
        <w:t>地址：_____________________________</w:t>
      </w:r>
    </w:p>
    <w:p>
      <w:r>
        <w:t>联系人：__________  电话：__________</w:t>
      </w:r>
    </w:p>
    <w:p/>
    <w:p>
      <w:pPr>
        <w:pStyle w:val="Heading2"/>
      </w:pPr>
      <w:r>
        <w:t>第一条  产品信息</w:t>
      </w:r>
    </w:p>
    <w:p>
      <w:pPr>
        <w:ind w:firstLine="425"/>
      </w:pPr>
      <w:r>
        <w:t>甲方向乙方供应以下产品：</w:t>
        <w:br/>
        <w:t>品名：再生橡胶粉</w:t>
        <w:br/>
        <w:t>型号/规格：CM-RP-__（以双方确认的订单为准）</w:t>
        <w:br/>
        <w:t>数量：____ 吨</w:t>
        <w:br/>
        <w:t>单价：____ 元/吨（含税运到价）</w:t>
        <w:br/>
        <w:t>总金额：人民币 ______ 元整（¥_______）</w:t>
      </w:r>
    </w:p>
    <w:p>
      <w:pPr>
        <w:pStyle w:val="Heading2"/>
      </w:pPr>
      <w:r>
        <w:t>第二条  质量标准</w:t>
      </w:r>
    </w:p>
    <w:p>
      <w:pPr>
        <w:ind w:firstLine="425"/>
      </w:pPr>
      <w:r>
        <w:t>产品质量应符合甲方企业标准 Q/GXKM 001-2024 及双方确认的技术要求。甲方应随货提供该批次产品的质量检验报告。</w:t>
        <w:br/>
        <w:t>如乙方对质量有异议，应在收货后7日内书面提出，双方共同取样送第三方机构复检，复检费用由责任方承担。</w:t>
      </w:r>
    </w:p>
    <w:p>
      <w:pPr>
        <w:pStyle w:val="Heading2"/>
      </w:pPr>
      <w:r>
        <w:t>第三条  交货时间与方式</w:t>
      </w:r>
    </w:p>
    <w:p>
      <w:pPr>
        <w:ind w:firstLine="425"/>
      </w:pPr>
      <w:r>
        <w:t>交货时间：合同签订后 ____ 个工作日内</w:t>
        <w:br/>
        <w:t>交货地点：乙方指定地点（____省____市____区）</w:t>
        <w:br/>
        <w:t>运输方式及费用：甲方负责安排物流运输并承担运费</w:t>
      </w:r>
    </w:p>
    <w:p>
      <w:pPr>
        <w:pStyle w:val="Heading2"/>
      </w:pPr>
      <w:r>
        <w:t>第四条  结算方式</w:t>
      </w:r>
    </w:p>
    <w:p>
      <w:pPr>
        <w:ind w:firstLine="425"/>
      </w:pPr>
      <w:r>
        <w:t>预付款：合同签订后3个工作日内乙方向甲方支付合同总额的 __% 作为预付款</w:t>
        <w:br/>
        <w:t>尾款：货到验收合格后 __ 个工作日内付清余款</w:t>
        <w:br/>
        <w:t>发票类型：甲方提供增值税专用发票（税率 __ %）</w:t>
      </w:r>
    </w:p>
    <w:p>
      <w:pPr>
        <w:pStyle w:val="Heading2"/>
      </w:pPr>
      <w:r>
        <w:t>第五条  违约责任</w:t>
      </w:r>
    </w:p>
    <w:p>
      <w:pPr>
        <w:ind w:firstLine="425"/>
      </w:pPr>
      <w:r>
        <w:t>逾期交货/付款按日万分之 __ 支付违约金</w:t>
        <w:br/>
        <w:t>质量不符合标准的，甲方负责退换货并承担相关费用</w:t>
        <w:br/>
        <w:t>单方面解除合同的，违约方应向守约方支付合同总价 __% 的违约金</w:t>
      </w:r>
    </w:p>
    <w:p>
      <w:pPr>
        <w:pStyle w:val="Heading2"/>
      </w:pPr>
      <w:r>
        <w:t>第六条  争议解决</w:t>
      </w:r>
    </w:p>
    <w:p>
      <w:pPr>
        <w:ind w:firstLine="425"/>
      </w:pPr>
      <w:r>
        <w:t>因本合同引起的争议，双方协商解决；协商不成的，提交甲方所在地人民法院诉讼解决。</w:t>
      </w:r>
    </w:p>
    <w:p>
      <w:pPr>
        <w:pStyle w:val="Heading2"/>
      </w:pPr>
      <w:r>
        <w:t>第七条  其他约定</w:t>
      </w:r>
    </w:p>
    <w:p>
      <w:pPr>
        <w:ind w:firstLine="425"/>
      </w:pPr>
      <w:r>
        <w:t>本合同一式两份，甲乙双方各执一份，具有同等法律效力。</w:t>
        <w:br/>
        <w:t>本合同自双方法定代表人或授权代表签字盖章之日起生效。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甲方（盖章）：</w:t>
            </w:r>
          </w:p>
        </w:tc>
        <w:tc>
          <w:tcPr>
            <w:tcW w:type="dxa" w:w="4320"/>
          </w:tcPr>
          <w:p>
            <w:r>
              <w:t>乙方（盖章）：</w:t>
            </w:r>
          </w:p>
        </w:tc>
      </w:tr>
      <w:tr>
        <w:tc>
          <w:tcPr>
            <w:tcW w:type="dxa" w:w="4320"/>
          </w:tcPr>
          <w:p>
            <w:r>
              <w:t>授权代表签字：</w:t>
            </w:r>
          </w:p>
        </w:tc>
        <w:tc>
          <w:tcPr>
            <w:tcW w:type="dxa" w:w="4320"/>
          </w:tcPr>
          <w:p>
            <w:r>
              <w:t>授权代表签字：</w:t>
            </w:r>
          </w:p>
        </w:tc>
      </w:tr>
      <w:tr>
        <w:tc>
          <w:tcPr>
            <w:tcW w:type="dxa" w:w="4320"/>
          </w:tcPr>
          <w:p>
            <w:r>
              <w:t>日期：____年__月__日</w:t>
            </w:r>
          </w:p>
        </w:tc>
        <w:tc>
          <w:tcPr>
            <w:tcW w:type="dxa" w:w="4320"/>
          </w:tcPr>
          <w:p>
            <w:r>
              <w:t>日期：____年__月__日</w:t>
            </w:r>
          </w:p>
        </w:tc>
      </w:tr>
      <w:tr>
        <w:tc>
          <w:tcPr>
            <w:tcW w:type="dxa" w:w="4320"/>
          </w:tcPr>
          <w:p>
            <w:r>
              <w:t>开户行及账号：</w:t>
            </w:r>
          </w:p>
        </w:tc>
        <w:tc>
          <w:tcPr>
            <w:tcW w:type="dxa" w:w="4320"/>
          </w:tcPr>
          <w:p>
            <w:r>
              <w:t>开户行及账号：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